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Compte rendu de la réunion du jardin partagé</w:t>
      </w:r>
    </w:p>
    <w:p>
      <w:pPr>
        <w:pStyle w:val="Subtitle"/>
      </w:pPr>
      <w:r>
        <w:t>Samedi 24 octobre 2026</w:t>
      </w:r>
    </w:p>
    <w:p>
      <w:r>
        <w:t>La réunion a porté sur le plan d’arrosage, le rangement des outils communs et les semis d’automne. Les tâches de la semaine seront désormais réunies dans un seul tableau. Chacun y notera ce qu’il a terminé.</w:t>
      </w:r>
    </w:p>
    <w:p>
      <w:pPr>
        <w:pStyle w:val="Heading2"/>
      </w:pPr>
      <w:r>
        <w:t>Décisions et tâches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00"/>
        <w:gridCol w:w="3024"/>
        <w:gridCol w:w="3024"/>
      </w:tblGrid>
      <w:tr>
        <w:trPr>
          <w:tblHeader/>
        </w:trPr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Tâche</w:t>
            </w:r>
          </w:p>
        </w:tc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Responsable</w:t>
            </w:r>
          </w:p>
        </w:tc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Date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Préparer le plan d’arrosage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Anaïs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27 octobre</w:t>
            </w:r>
          </w:p>
        </w:tc>
      </w:tr>
      <w:tr>
        <w:tc>
          <w:tcPr>
            <w:tcW w:type="dxa" w:w="3600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Ranger l’étagère à outils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Julien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28 octobre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Compléter la liste de graines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Éva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29 octobre</w:t>
            </w:r>
          </w:p>
        </w:tc>
      </w:tr>
      <w:tr>
        <w:tc>
          <w:tcPr>
            <w:tcW w:type="dxa" w:w="3600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Poser les nouvelles étiquettes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Denis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30 octobre</w:t>
            </w:r>
          </w:p>
        </w:tc>
      </w:tr>
    </w:tbl>
    <w:p>
      <w:pPr>
        <w:spacing w:after="0"/>
      </w:pPr>
    </w:p>
    <w:p>
      <w:pPr>
        <w:pStyle w:val="Heading2"/>
      </w:pPr>
      <w:r>
        <w:t>Usage commun</w:t>
      </w:r>
    </w:p>
    <w:p>
      <w:r>
        <w:t>Les outils sont nettoyés et remis à leur place après usage. Le tuyau d’arrosage ne reste pas sur le passage. Le matériel manquant est noté sur la liste à l’entrée.</w:t>
      </w:r>
    </w:p>
    <w:p>
      <w:pPr>
        <w:pStyle w:val="Heading2"/>
      </w:pPr>
      <w:r>
        <w:t>Prochaine réunion</w:t>
      </w:r>
    </w:p>
    <w:p>
      <w:r>
        <w:t>La prochaine réunion aura lieu le samedi 31 octobre à 11 h, devant le portail du jardin. Les tâches terminées et les besoins en nouveaux plants seront examinés ensemble.</w:t>
      </w:r>
    </w:p>
    <w:sectPr w:rsidR="00FC693F" w:rsidRPr="0006063C" w:rsidSect="00034616">
      <w:pgSz w:w="12240" w:h="15840"/>
      <w:pgMar w:top="1037" w:right="1296" w:bottom="1037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de la réunion du jardin partagé</dc:title>
  <dc:subject>Samedi 24 octobre 2026</dc:subject>
  <dc:creator>Documni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